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בסופר ובשוק – קונים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לקניות אוכל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טקסטים קצרים על סופר, מכולת ושוק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השורש ק־נ־ה ומשפחת המילים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שלושה מקומות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בסופר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חנות קטנה בשכונה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לטעום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לפי קילו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קניות חכמות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תיק לקניות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רובן סגורות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המכולת היא חנות קטנה בשכונה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ההכשר מסמן שהאוכל כשר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הרבה חנויות נסגרות מוקדם ביום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מסופר בסיפור האישי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הוא אמר את המחיר שוב, לאט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מילה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לטעום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קניתי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(חנות גדולה עם הרבה מוצרים)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(חנות קטנה בשכונה)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(מקום שמוכרים בו לפי קילו)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(המקום שמשלמים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(סימן שהאוכל כשר)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(מקום עם הרבה חנויות)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מקום קנייה ומוצר אחד לפחות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הסופר גדול ויש בו הרבה מוצרים, המכולת קטנה ובשכונה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שלושה מקומות שונים בגודל ובסוג הקניה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ק־נ־ה: קונה, קניה, קניתי, קניון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רוב החנויות סגורות בשבת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בקול את הטקסטים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לתרגילי ההתאמה אפשר להשתמש בכרטיסיות מודפסות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לשתף חוויה אישית מקניות בארץ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בסופר ובשוק – קונים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שלושה מקומות לקניית אוכל בישראל: הסופר, המכולת והשוק. נתרגל מילים חדשות ונענה על שאלות הבנה.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שלושה מקומות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יש הרבה מוצרים?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במשרד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זאת מכולת?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חנות קטנה בשכונה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שוק גדול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מסעדה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אפשר לעשות בשוק?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לטעום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מוכרים פירות וירקות בשוק?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קילו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קניות חכמות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כותבים לפני הקניות?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משלמים בסופר?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בכניסה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כדאי להביא לסופר?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תיק לקניות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בשבת ברוב החנויות?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כולן פתוחות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רובן סגורות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מבצע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הנחה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המכולת היא חנות גדולה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בשוק המוכרים קוראים לקונים בקול רם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 מוצרים רבים בסופר יש הכשר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שישי כל החנויות פתוחות כל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סופי מצרפת הלכה פעם ראשונה לשוק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המוכר בשוק צעק על סופי כשהיא לא הבינה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מילה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הקניות כותבים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בשוק אפשר __________ פירות לפני שקונים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אתמול __________ קילו תפוזים בשוק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בשבת רוב החנויות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השורש של המילה לקנות הוא ק־__________־ה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מי שקונה דברים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סופר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סימן שהאוכל כשר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המקום שמשלמים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חנות גדולה עם הרבה מוצרים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חנות קטנה בשכונה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עם הרבה חנויות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קנין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מקום שמוכרים בו לפי קילו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בשתיים-שלוש שורות על פעם שהלכתם לקנות אוכל - איפה ומה קניתם?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סופר למכולת? כתבו שני הבדלים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סופר, מכולת ושוק?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השורש של המילה לקנות ומה עוד שייך למשפחת המילים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לקנות אוכל לפני שבת?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בסופר ובשוק – קונים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