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לקניות אוכל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טקסטים קצרים על סופר, מכולת ושוק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ק־נ־ה ומשפחת המילים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שלושה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קילו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קניות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תיק לקניות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רובן סגורות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המכולת היא חנות קטנה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ההכשר מסמן שהאוכל כשר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הרבה חנויות נסגרות מוקדם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בסיפור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אמר את המחיר שוב,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לטעום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(חנות גדולה עם הרבה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(חנות קטנה בשכונה)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שמוכרים בו לפי קילו)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שמשלמים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(סימן שהאוכל כשר)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(מקום עם הרבה חנויות)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מקום קנייה ומוצר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הסופר גדול ויש בו הרבה מוצרים, המכולת קטנה ובשכונה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מקומות שונים בגודל ובסוג הקניה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ק־נ־ה: קונה, קניה, קניתי, קניון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רוב החנויות סגורות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הטקסטים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לתרגילי ההתאמה אפשר להשתמש בכרטיסיות מודפסות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חוויה אישית מקניות בארץ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בסופר ובשוק – קונים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מקומות לקנות בהם אוכל: סופר, מכולת ושוק. יש מילים חדשות ושאלות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סופרמרקט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גדולה עם הרבה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חנות קטנה בשכונה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פתוח עם הרבה דוכנים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שהאוכל כשר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מיוחד, כמו 1+1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שמשלמים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ולקבל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שקונה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שלושה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הרבה דברים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זאת מכולת?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קטנה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גדול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לטעום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מוכרים פירות וירקות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קילו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קניות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לפני שהולכים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משלמים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להביא לסופר?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בשבת ברוב החנויות?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רובן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הנחה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המכולת היא חנות גדולה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המוכרים קוראים לקונים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מוצרים רבים בסופר יש הכשר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שישי כל החנויות פתוחות כל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 מצרפת הלכה פעם ראשונה לשוק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 בשוק צעק על סופי כשהיא לא הבינה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הקניות כותבים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בשוק אפשר __________ פירות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__________ קילו תפוזים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בשבת רוב החנויות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השורש של המילה לקנות הוא ק־__________־ה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שקונה דברים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חנות קטנה בשכונה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שמשלמים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שהאוכל כשר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שמוכרים בו לפי קילו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עם הרבה חנויות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קנין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חנות גדולה עם הרבה מוצרים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שורות על פעם שהלכתם לקנות אוכל - איפה ומה קניתם?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סופר למכולת? כתבו שני הבדלים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סופר, מכולת ושוק?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לקנות ומה עוד שייך למשפחת המילים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לקנות אוכל לפני 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בסופר ובשוק – קונים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