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לקניות אוכל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סופר, מכולת ושוק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ק־נ־ה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שלושה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קניות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המכולת היא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ההכשר מסמן שהאוכל כשר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(חנות גדולה עם הרבה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(חנות קטנה בשכונה)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שמוכרים בו לפי קילו)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שמשלמים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מקום קנייה ומוצר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מקומות שונים בגודל ובסוג הקניה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ק־נ־ה: קונה, קניה, קניתי, קניון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רוב החנויות סגורות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הטקסטים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לתרגילי ההתאמה אפשר להשתמש בכרטיסיות מודפסות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חוויה אישית מקניות בארץ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שלושה מקומות לקניית אוכל בישראל: הסופר, המכולת והשוק. נתרגל מילים חדשות ונענה על שאלות 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רשימה  ·  קניתי  ·  לטעום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שלושה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יש הרבה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במשרד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קניות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כותבים לפני הקניות?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משלמים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המכולת היא חנות גדולה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בשוק המוכרים קוראים לקונים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מוצרים רבים בסופר יש הכשר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הקניות כותבים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בשוק אפשר __________ פירות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אתמול __________ קילו תפוזים בשוק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חנות קטנה בשכונה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חנות גדולה עם הרבה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שמשלמים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שמוכרים בו לפי קילו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בשתיים-שלוש שורות על פעם שהלכתם לקנות אוכל - איפה ומה קניתם?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סופר, מכולת ושוק?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לקנות ומה עוד שייך למשפחת המילים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בסופר ובשוק – קונים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